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חידה בקטנה ואחוזים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🔢 קלפי חידה בקטנה ואחוזים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5973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259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🐔 רַגְלַיִם בֶּחָצֵר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בֶּחָצֵר יֵשׁ 2 תַּרְנְגוֹלוֹת וְכֶלֶב אֶחָד. כַּמָּה רַגְלַיִם יֵשׁ לָהֶם בְּיַחַד?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 רגליים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🐸 קְפִיצוֹת שֶׁל צְפַרְדֵּעַ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הַצְּפַרְדֵּעַ קוֹפֶצֶת: 2, 4, 6, 8... לְאֵיזֶה מִסְפָּר הִיא תִּקְפֹּץ עַכְשָׁו?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10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🎂 בֶּן כַּמָּה הָאָח?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נוֹגָה בַּת 6. הָאָח שֶׁלָּהּ גָּדוֹל מִמֶּנָּה בְּ-3 שָׁנִים. בֶּן כַּמָּה הָאָח?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 שנים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🦆 כַּנְפֵי הַבַּרְוָזִים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לְכָל בַּרְוָז יֵשׁ 2 כְּנָפַיִם. בָּאֲגַם שׂוֹחִים 4 בַּרְוָזִים. כַּמָּה כְּנָפַיִם יֵשׁ לָהֶם?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 כנפיים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⏰ מִי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עוֹשֶׂה "תִּיק-תַּק" כָּל הַיּוֹם. יֵשׁ לִי מִסְפָּרִים מִסָּבִיב, אֵין לִי רַגְלַיִם – וּבְכָל זֹאת אוֹמְרִים שֶׁאֲנִי "הוֹלֵךְ". מִי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שעון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🐦 צִפּוֹרִים עַל הָעֵץ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הָעֵץ יָשְׁבוּ 5 צִפּוֹרִים. 2 צִפּוֹרִים עָפוּ, וְאָז נָחֲתָה צִפּוֹר אַחַת חֲדָשָׁה. כַּמָּה צִפּוֹרִים עַל הָעֵץ עַכְשָׁו?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 ציפורים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🍕 חֲצִי פִּיצָה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פִּיצָה חֲתוּכָה לְ-8 מְשֻׁלָּשִׁים. אָכַלְנוּ חֲצִי מֵהַפִּיצָה. כַּמָּה מְשֻׁלָּשִׁים נִשְׁאֲרוּ?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 משולשים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🎈 בָּלוֹנִים בַּמְּסִבָּה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בַּמְּסִבָּה יֵשׁ 10 בָּלוֹנִים. חֲצִי מֵהֶם כְּחֻלִּים. כַּמָּה בָּלוֹנִים כְּחֻלִּים?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 בלונים</w:t>
            </w:r>
          </w:p>
        </w:tc>
      </w:tr>
    </w:tbl>
    <w:p>
      <w:pPr>
        <w:pStyle w:val="Heading2"/>
        <w:bidi w:val="1"/>
        <w:jc w:val="right"/>
      </w:pPr>
      <w:bookmarkStart w:id="10528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1052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🐄 ראשים ורגליים בחווה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בחווה יש רק פרות ותרנגולות. ספרנו 7 ראשים ו-20 רגליים. כמה פרות יש בחווה?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 פרות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🧱 מגדל הקוביות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נוי בונה מגדלי קוביות: במגדל הראשון 1 קובייה, אחר כך 3, אחר כך 6, אחר כך 10, אחר כך 15. כמה קוביות יהיו במגדל הבא?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21 קוביות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⚖️ תפוחים על המאזניים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בצד אחד של המאזניים 3 תפוחים שווים במשקל, ובצד השני משקולת של 600 גרם. המאזניים מאוזנים. כמה שוקל תפוח אחד?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200 גרם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🕙 מסע בזמן על השעון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השעה עכשיו 10:00 בבוקר. בעוד 5 שעות בדיוק יתחיל משחק הכדורסל. מה יראה אז שעון המחוגים?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3:00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🪙 מטבעות בקופה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בקופה יש 4 מטבעות בלבד: חלקם של 5 ₪ וחלקם של 2 ₪. יחד הם שווים 14 ₪. כמה מטבעות של 5 ₪ יש בקופה?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 מטבעות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🛁 מי אני? (חידת מילים)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אחרי המקלחת אתם צריכים אותי. בכל פעם שאני מייבשת מישהו – אני עצמי נעשית רטובה יותר. מי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מגבת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👭 שתי אחיות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עדי ואחותה הקטנה – יחד הן בנות 15. עדי גדולה מאחותה ב-3 שנים. בת כמה עדי?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 שנים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🍰 רבע עוגה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עוגת יום הולדת חתוכה ל-12 חתיכות שוות. בהפסקה אכלו רבע מהעוגה. כמה חתיכות נשארו?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 חתיכות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🙋 הצבעה במועצת הכיתה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בכיתה 28 תלמידים ותלמידות. חצי הצביעו בעד "יום ספורט", רבע בעד "יום יצירה", והשאר בעד "פיקניק". כמה הצביעו בעד פיקניק?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 תלמידים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🍓 שתילי התות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בגינת הכיתה שתלו 20 שתילי תות. שלושה רבעים מהם כבר נתנו פרי. כמה שתילים נתנו פרי?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15 שתילים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⚽ עונת הכדורגל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קבוצת הכדורגל השכונתית שיחקה 16 משחקים וניצחה בחצי מהם. בחצי מהמשחקים שלא ניצחה – נגמר בתיקו. בכמה משחקים היה תיקו?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 משחקים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🔴 חצי של חצי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בקופסה 40 גולות. חצי מהגולות אדומות. לחצי מהגולות האדומות יש פסים לבנים. כמה גולות אדומות עם פסים יש בקופסה?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10 גולות</w:t>
            </w:r>
          </w:p>
        </w:tc>
      </w:tr>
    </w:tbl>
    <w:p>
      <w:pPr>
        <w:pStyle w:val="Heading2"/>
        <w:bidi w:val="1"/>
        <w:jc w:val="right"/>
      </w:pPr>
      <w:bookmarkStart w:id="63903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6390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👩‍👧 פי שניים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היום אמא של תמר בת 36, ותמר בת 12. בעוד כמה שנים אמא תהיה בדיוק פי 2 מבוגרת מתמר?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בעוד 12 שנים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📦 מכונות האריזה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3 מכונות אריזה אורזות יחד 3 קופסאות ב-3 דקות. כמה קופסאות יארזו 6 מכונות ב-6 דקות?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12 קופסאות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⚖️ כדור הזהב החלול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לפניכם 9 כדורי זהב שנראים זהים. אחד מהם חלול ולכן קל יותר. יש לכם מאזני כפות (בלי משקולות). מה המספר הקטן ביותר של שקילות שבטוח מספיק כדי למצוא את הכדור החלול?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 שקילות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🕓 הזווית בשעון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השעון מראה בדיוק 4:00. מה גודל הזווית הקטנה בין מחוג השעות למחוג הדקות?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120 מעלות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🔢 הסדרה המסתורית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מהו המספר הבא בסדרה: 2, 6, 12, 20, 30, ...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💰 שקית המטבעות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בשקית יש 12 מטבעות – חלקם של 10 ₪ וחלקם של 5 ₪. הסכום הכולל הוא 85 ₪. כמה מטבעות של 10 ₪ יש בשקית?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 מטבעות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🕳️ מי אני? (חשיבה לרוחב)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חופרים בי ומוציאים ממני חול. ככל שלוקחים ממני יותר – אני נעשה גדול יותר. מי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🏖️ לאן יוצאים לטיול?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בכיתה 30 תלמידים ותלמידות. 40% מהם הצביעו בעד טיול לחוף הים. כמה הצביעו בעד החוף?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12 תלמידים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🥯 מגש הלחמניות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במגש של המאפייה 50 לחמניות. 20% מהן מפוזרות בשומשום. כמה לחמניות בלי שומשום?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40 לחמניות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📚 הנחה ביריד הספרים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ספר עולה 80 ₪. ביריד הספרים יש עליו הנחה של 25%. כמה משלמים על הספר ביריד?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60 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🏀 אחוז הניצחונות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קבוצת הכדורסל של השכבה שיחקה 20 משחקים וניצחה ב-15 מהם. באיזה אחוז מהמשחקים ניצחה?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75%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🌼 צבעי הגינה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בגינה 60 פרחים. 25% מהם צהובים, 50% אדומים, והשאר לבנים. כמה פרחים לבנים?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15 פרחים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🎭 כמה בשכבה?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להצגת סוף השנה נרשמו 12 תלמידים ותלמידות. הם 30% מכל השכבה. כמה תלמידים ותלמידות יש בשכבה?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40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חידה בקטנה ואחוזים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חידה בקטנה ואחוזים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