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גלו את המקום – ז׳–י״ב, עולים וחנ״מ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zt">
        <w:r>
          <w:rPr>
            <w:rtl w:val="1"/>
            <w:u w:val="single"/>
            <w:color w:val="1E40AF"/>
          </w:rPr>
          <w:t xml:space="preserve">• 🎧 ז׳–ט׳</w:t>
        </w:r>
      </w:hyperlink>
    </w:p>
    <w:p>
      <w:pPr>
        <w:bidi w:val="1"/>
        <w:jc w:val="right"/>
      </w:pPr>
      <w:hyperlink w:anchor="dyb">
        <w:r>
          <w:rPr>
            <w:rtl w:val="1"/>
            <w:u w:val="single"/>
            <w:color w:val="1E40AF"/>
          </w:rPr>
          <w:t xml:space="preserve">• 🎓 י׳–י״ב</w:t>
        </w:r>
      </w:hyperlink>
    </w:p>
    <w:p>
      <w:pPr>
        <w:bidi w:val="1"/>
        <w:jc w:val="right"/>
      </w:pPr>
      <w:hyperlink w:anchor="dolim">
        <w:r>
          <w:rPr>
            <w:rtl w:val="1"/>
            <w:u w:val="single"/>
            <w:color w:val="1E40AF"/>
          </w:rPr>
          <w:t xml:space="preserve">• 🌍 עולים</w:t>
        </w:r>
      </w:hyperlink>
    </w:p>
    <w:p>
      <w:pPr>
        <w:bidi w:val="1"/>
        <w:jc w:val="right"/>
      </w:pPr>
      <w:hyperlink w:anchor="dchanam">
        <w:r>
          <w:rPr>
            <w:rtl w:val="1"/>
            <w:u w:val="single"/>
            <w:color w:val="1E40AF"/>
          </w:rPr>
          <w:t xml:space="preserve">• 🧩 חנ״מ</w:t>
        </w:r>
      </w:hyperlink>
    </w:p>
    <w:p>
      <w:pPr>
        <w:pStyle w:val="Heading1"/>
        <w:bidi w:val="1"/>
        <w:jc w:val="right"/>
      </w:pPr>
      <w:bookmarkStart w:id="75210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📍 קלפי גלו את המקום</w:t>
      </w:r>
      <w:bookmarkEnd w:id="75210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24337" w:name="dzt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🎧 ז׳–ט׳</w:t>
      </w:r>
      <w:bookmarkEnd w:id="2433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🏟️ ⚓ 🏛️ 🌊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נמל עתיקה שבנה הורדוס, ויש בה תיאטרון רומי מול הים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קיסריה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🏛️ 🏺 🛁 🌋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עתיקה בעמק, עם רחוב עמודים רומי ומרחצאות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בית שאן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🐦 🌾 🔭 🍂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מאות אלפי עגורים עוצרים כאן בכל סתיו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עמק החולה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⛏️ 🪨 🏜️ 🍄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מכרות נחושת עתיקים בדרום, וסלעים בצורת פטריה ועמודים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תמנע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🕳️ 💧 ❄️ 🔦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מערה עם 'קרחונים' של אבן שנוצרו מטיפות מים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מערת הנטיפים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🌲 🚡 🚢 🏙️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נמל על מורדות הכרמל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חיפה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📜 🏺 🕳️ 🏜️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ליד המערות שם נמצאו המגילות הגנוזות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קומראן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34109" w:name="dy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🎓 י׳–י״ב</w:t>
      </w:r>
      <w:bookmarkEnd w:id="34109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🧂 ⬇️ 🏜️ 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אגם מלוח שמפלסו יורד בכל שנה, והמינרלים שלו מופקים בתעשייה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ים המלח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🏜️ 💧 🏛️ 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קניון לבן בנגב עם מעיינות, ליד עיר עתיקה של סוחרי הבשמים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עין עבדת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🌾 🚜 ⛰️ 🗺️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'העמק' המפורסם בשירים – שדות בין הגלבוע לגליל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עמק יזרעאל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🌐 🐪 🌿 🏛️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נתיב סחר עתיק שחצה את הנגב, ונכלל ברשימת המורשת העולמית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דרך הבשמים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🥾 🗺️ 🏔️ 🌊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שביל הליכה שחוצה את כל הארץ מצפון לדרום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שביל ישראל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🏙️ 🌊 🎨 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'העיר הלבנה' – ובה אוסף מבנים בסגנון הבאוהאוס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תל אביב-יפו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🧱 🏛️ 📿 🕍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ארבעה רבעים בתוך חומה עתיקה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העיר העתיקה בירושלים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47152" w:name="doli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🌍 עולים</w:t>
      </w:r>
      <w:bookmarkEnd w:id="47152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🍞 🥛 🧀 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קוֹנִים שָׁם לֶחֶם וְחָלָב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מַכֹּלֶת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🩺 💊 👩‍⚕️ 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הוֹלְכִים לָרוֹפֵא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קֻפַּת חוֹלִים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💰 💳 🏧 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פּוֹתְחִים שָׁם חֶשְׁבּוֹן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בַּנְק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🧳 🛂 ✈️ 🎫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מַגִּיעִים לָאָרֶץ בַּמָּטוֹס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שְׂדֵה תְּעוּפָה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🧱 🕊️ 📜 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קִיר אֲבָנִים עַתִּיק בִּירוּשָׁלַיִם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הַכֹּתֶל הַמַּעֲרָבִי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☀️ 🐠 🏖️ ⛵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עִיר חַמָּה בַּדָּרוֹם, לְיַד הַיָּם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אֵילַת</w:t>
            </w:r>
          </w:p>
        </w:tc>
      </w:tr>
    </w:tbl>
    <w:p>
      <w:pPr>
        <w:pStyle w:val="Heading2"/>
        <w:bidi w:val="1"/>
        <w:jc w:val="right"/>
      </w:pPr>
      <w:bookmarkStart w:id="94073" w:name="dchana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🧩 חנ״מ</w:t>
      </w:r>
      <w:bookmarkEnd w:id="9407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🎒 ✏️ 📚 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לוֹמְדִים שָׁם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בֵּית סֵפֶר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🛝 🤸 ☀️ 🧒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יֵשׁ שָׁם מַגְלֵשָׁה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גַּן שַׁעֲשׁוּעִים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🛒 🍎 🥛 💳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קוֹנִים שָׁם אֹכֶל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סוּפֶּרְמַרְקֶט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💧 🩱 🥽 ☀️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שׂוֹחִים שָׁם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בְּרֵכָה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🍳 🥄 🧊 🍽️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מְבַשְּׁלִים שָׁם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מִטְבָּח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🩺 🤒 💊 👩‍⚕️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הוֹלְכִים כְּשֶׁחוֹלִים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מִרְפָּאָה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קלפי גלו את המקום – ז׳–י״ב, עולים וחנ״מ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קלפי גלו את המקום – ז׳–י״ב, עולים וחנ״מ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